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Yu Gothic" w:hAnsi="Yu Gothic" w:eastAsia="Yu Gothic"/>
          <w:b/>
          <w:color w:val="35302A"/>
          <w:sz w:val="34"/>
        </w:rPr>
        <w:t>熊本 CARE United 公式サイト　更新依頼書</w:t>
      </w:r>
    </w:p>
    <w:p>
      <w:r>
        <w:rPr>
          <w:rFonts w:ascii="Yu Gothic" w:hAnsi="Yu Gothic" w:eastAsia="Yu Gothic"/>
          <w:b w:val="0"/>
          <w:color w:val="7F776B"/>
          <w:sz w:val="19"/>
        </w:rPr>
        <w:t>この用紙にご記入のうえ、事務局（松澤）へご提出ください。写真・データ等の添付がある場合は一緒にお送りください。</w:t>
      </w:r>
    </w:p>
    <w:p>
      <w:r>
        <w:rPr>
          <w:rFonts w:ascii="Yu Gothic" w:hAnsi="Yu Gothic" w:eastAsia="Yu Gothic"/>
          <w:b/>
          <w:color w:val="E0553C"/>
          <w:sz w:val="19"/>
        </w:rPr>
        <w:t>★ 載せたい文章は、そのままの形でお書きいただけると助かります。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1"/>
        <w:gridCol w:w="7370"/>
      </w:tblGrid>
      <w:tr>
        <w:tc>
          <w:tcPr>
            <w:tcW w:type="dxa" w:w="2041"/>
            <w:shd w:val="clear" w:fill="F3EFE9"/>
          </w:tcPr>
          <w:p>
            <w:r/>
            <w:r>
              <w:rPr>
                <w:rFonts w:ascii="Yu Gothic" w:hAnsi="Yu Gothic" w:eastAsia="Yu Gothic"/>
                <w:b/>
                <w:color w:val="35302A"/>
                <w:sz w:val="22"/>
              </w:rPr>
              <w:t>お名前・グループ</w:t>
            </w:r>
          </w:p>
        </w:tc>
        <w:tc>
          <w:tcPr>
            <w:tcW w:type="dxa" w:w="7370"/>
          </w:tcPr>
          <w:p>
            <w:r/>
            <w:r>
              <w:rPr>
                <w:rFonts w:ascii="Yu Gothic" w:hAnsi="Yu Gothic" w:eastAsia="Yu Gothic"/>
                <w:b w:val="0"/>
                <w:color w:val="35302A"/>
                <w:sz w:val="22"/>
              </w:rPr>
            </w:r>
          </w:p>
        </w:tc>
      </w:tr>
      <w:tr>
        <w:tc>
          <w:tcPr>
            <w:tcW w:type="dxa" w:w="2041"/>
            <w:shd w:val="clear" w:fill="F3EFE9"/>
          </w:tcPr>
          <w:p>
            <w:r/>
            <w:r>
              <w:rPr>
                <w:rFonts w:ascii="Yu Gothic" w:hAnsi="Yu Gothic" w:eastAsia="Yu Gothic"/>
                <w:b/>
                <w:color w:val="35302A"/>
                <w:sz w:val="22"/>
              </w:rPr>
              <w:t>ご連絡先</w:t>
            </w:r>
          </w:p>
        </w:tc>
        <w:tc>
          <w:tcPr>
            <w:tcW w:type="dxa" w:w="7370"/>
          </w:tcPr>
          <w:p>
            <w:r/>
            <w:r>
              <w:rPr>
                <w:rFonts w:ascii="Yu Gothic" w:hAnsi="Yu Gothic" w:eastAsia="Yu Gothic"/>
                <w:b w:val="0"/>
                <w:color w:val="35302A"/>
                <w:sz w:val="22"/>
              </w:rPr>
            </w:r>
          </w:p>
          <w:p>
            <w:r>
              <w:rPr>
                <w:rFonts w:ascii="Yu Gothic" w:hAnsi="Yu Gothic" w:eastAsia="Yu Gothic"/>
                <w:b w:val="0"/>
                <w:color w:val="7F776B"/>
                <w:sz w:val="17"/>
              </w:rPr>
              <w:t>メール等</w:t>
            </w:r>
          </w:p>
        </w:tc>
      </w:tr>
      <w:tr>
        <w:tc>
          <w:tcPr>
            <w:tcW w:type="dxa" w:w="2041"/>
            <w:shd w:val="clear" w:fill="F3EFE9"/>
          </w:tcPr>
          <w:p>
            <w:r/>
            <w:r>
              <w:rPr>
                <w:rFonts w:ascii="Yu Gothic" w:hAnsi="Yu Gothic" w:eastAsia="Yu Gothic"/>
                <w:b/>
                <w:color w:val="35302A"/>
                <w:sz w:val="22"/>
              </w:rPr>
              <w:t>対象ページ</w:t>
            </w:r>
          </w:p>
        </w:tc>
        <w:tc>
          <w:tcPr>
            <w:tcW w:type="dxa" w:w="7370"/>
          </w:tcPr>
          <w:p>
            <w:r/>
            <w:r>
              <w:rPr>
                <w:rFonts w:ascii="Yu Gothic" w:hAnsi="Yu Gothic" w:eastAsia="Yu Gothic"/>
                <w:b w:val="0"/>
                <w:color w:val="35302A"/>
                <w:sz w:val="21"/>
              </w:rPr>
              <w:t>☐ TOP　☐ 心臓リハビリとは　☐ 適応疾患　☐ 事業内容</w:t>
            </w:r>
          </w:p>
          <w:p>
            <w:r>
              <w:rPr>
                <w:rFonts w:ascii="Yu Gothic" w:hAnsi="Yu Gothic" w:eastAsia="Yu Gothic"/>
                <w:b w:val="0"/>
                <w:color w:val="35302A"/>
                <w:sz w:val="21"/>
              </w:rPr>
              <w:t>☐ 施設マップ　☐ メンバー募集　☐ その他・おまかせ（　　　　　　）</w:t>
            </w:r>
          </w:p>
        </w:tc>
      </w:tr>
      <w:tr>
        <w:tc>
          <w:tcPr>
            <w:tcW w:type="dxa" w:w="2041"/>
            <w:shd w:val="clear" w:fill="F3EFE9"/>
          </w:tcPr>
          <w:p>
            <w:r/>
            <w:r>
              <w:rPr>
                <w:rFonts w:ascii="Yu Gothic" w:hAnsi="Yu Gothic" w:eastAsia="Yu Gothic"/>
                <w:b/>
                <w:color w:val="35302A"/>
                <w:sz w:val="22"/>
              </w:rPr>
              <w:t>更新してほしい内容</w:t>
            </w:r>
          </w:p>
        </w:tc>
        <w:tc>
          <w:tcPr>
            <w:tcW w:type="dxa" w:w="7370"/>
          </w:tcPr>
          <w:p>
            <w:r/>
            <w:r>
              <w:rPr>
                <w:rFonts w:ascii="Yu Gothic" w:hAnsi="Yu Gothic" w:eastAsia="Yu Gothic"/>
                <w:b w:val="0"/>
                <w:color w:val="7F776B"/>
                <w:sz w:val="18"/>
              </w:rPr>
              <w:t>どこを・どう変えたいかをご記入ください。</w:t>
            </w:r>
          </w:p>
          <w:p/>
          <w:p/>
          <w:p/>
          <w:p/>
          <w:p/>
          <w:p/>
        </w:tc>
      </w:tr>
      <w:tr>
        <w:tc>
          <w:tcPr>
            <w:tcW w:type="dxa" w:w="2041"/>
            <w:shd w:val="clear" w:fill="F3EFE9"/>
          </w:tcPr>
          <w:p>
            <w:r/>
            <w:r>
              <w:rPr>
                <w:rFonts w:ascii="Yu Gothic" w:hAnsi="Yu Gothic" w:eastAsia="Yu Gothic"/>
                <w:b/>
                <w:color w:val="35302A"/>
                <w:sz w:val="22"/>
              </w:rPr>
              <w:t>添付ファイル</w:t>
            </w:r>
          </w:p>
        </w:tc>
        <w:tc>
          <w:tcPr>
            <w:tcW w:type="dxa" w:w="7370"/>
          </w:tcPr>
          <w:p>
            <w:r/>
            <w:r>
              <w:rPr>
                <w:rFonts w:ascii="Yu Gothic" w:hAnsi="Yu Gothic" w:eastAsia="Yu Gothic"/>
                <w:b w:val="0"/>
                <w:color w:val="35302A"/>
                <w:sz w:val="21"/>
              </w:rPr>
              <w:t>☐ あり（ファイル名：　　　　　　　　　）　　☐ なし</w:t>
            </w:r>
          </w:p>
        </w:tc>
      </w:tr>
      <w:tr>
        <w:tc>
          <w:tcPr>
            <w:tcW w:type="dxa" w:w="2041"/>
            <w:shd w:val="clear" w:fill="F3EFE9"/>
          </w:tcPr>
          <w:p>
            <w:r/>
            <w:r>
              <w:rPr>
                <w:rFonts w:ascii="Yu Gothic" w:hAnsi="Yu Gothic" w:eastAsia="Yu Gothic"/>
                <w:b/>
                <w:color w:val="35302A"/>
                <w:sz w:val="22"/>
              </w:rPr>
              <w:t>公開・備考</w:t>
            </w:r>
          </w:p>
        </w:tc>
        <w:tc>
          <w:tcPr>
            <w:tcW w:type="dxa" w:w="7370"/>
          </w:tcPr>
          <w:p>
            <w:r/>
            <w:r>
              <w:rPr>
                <w:rFonts w:ascii="Yu Gothic" w:hAnsi="Yu Gothic" w:eastAsia="Yu Gothic"/>
                <w:b w:val="0"/>
                <w:color w:val="35302A"/>
                <w:sz w:val="21"/>
              </w:rPr>
              <w:t>公開希望日：☐ できるだけ早く　☐ 日付指定（　　　月　　日）</w:t>
            </w:r>
          </w:p>
          <w:p>
            <w:r>
              <w:rPr>
                <w:rFonts w:ascii="Yu Gothic" w:hAnsi="Yu Gothic" w:eastAsia="Yu Gothic"/>
                <w:b w:val="0"/>
                <w:color w:val="35302A"/>
                <w:sz w:val="21"/>
              </w:rPr>
              <w:t>備考：</w:t>
            </w:r>
          </w:p>
        </w:tc>
      </w:tr>
    </w:tbl>
    <w:p/>
    <w:p>
      <w:r>
        <w:rPr>
          <w:rFonts w:ascii="Yu Gothic" w:hAnsi="Yu Gothic" w:eastAsia="Yu Gothic"/>
          <w:b w:val="0"/>
          <w:color w:val="7F776B"/>
          <w:sz w:val="18"/>
        </w:rPr>
        <w:t>― 事務局記入欄 ―　受付日：　　／　　　　反映日：　　／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