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≪医療機関番号一覧≫</w:t>
      </w:r>
    </w:p>
    <w:p>
      <w:r>
        <w:rPr>
          <w:sz w:val="18"/>
        </w:rPr>
        <w:t>（2026年8月改訂）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医療機関名</w:t>
            </w:r>
          </w:p>
        </w:tc>
        <w:tc>
          <w:tcPr>
            <w:tcW w:type="dxa" w:w="216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医療機関名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くわみず病院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谷田病院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江南病院</w:t>
            </w:r>
          </w:p>
        </w:tc>
        <w:tc>
          <w:tcPr>
            <w:tcW w:type="dxa" w:w="2160"/>
          </w:tcPr>
          <w:p>
            <w:r>
              <w:t>35</w:t>
            </w:r>
          </w:p>
        </w:tc>
        <w:tc>
          <w:tcPr>
            <w:tcW w:type="dxa" w:w="2160"/>
          </w:tcPr>
          <w:p>
            <w:r>
              <w:t>熊本回生会病院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杉村病院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たかぞえ内科　循環器内科クリニック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青磁野リハビリテーション病院</w:t>
            </w:r>
          </w:p>
        </w:tc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大和クリニック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桜十字病院</w:t>
            </w:r>
          </w:p>
        </w:tc>
        <w:tc>
          <w:tcPr>
            <w:tcW w:type="dxa" w:w="2160"/>
          </w:tcPr>
          <w:p>
            <w:r>
              <w:t>38</w:t>
            </w:r>
          </w:p>
        </w:tc>
        <w:tc>
          <w:tcPr>
            <w:tcW w:type="dxa" w:w="2160"/>
          </w:tcPr>
          <w:p>
            <w:r>
              <w:t>くまもと森都総合病院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武蔵ケ丘病院</w:t>
            </w:r>
          </w:p>
        </w:tc>
        <w:tc>
          <w:tcPr>
            <w:tcW w:type="dxa" w:w="2160"/>
          </w:tcPr>
          <w:p>
            <w:r>
              <w:t>39</w:t>
            </w:r>
          </w:p>
        </w:tc>
        <w:tc>
          <w:tcPr>
            <w:tcW w:type="dxa" w:w="2160"/>
          </w:tcPr>
          <w:p>
            <w:r>
              <w:t>平山ハートクリニック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くまもと成城病院</w:t>
            </w:r>
          </w:p>
        </w:tc>
        <w:tc>
          <w:tcPr>
            <w:tcW w:type="dxa" w:w="2160"/>
          </w:tcPr>
          <w:p>
            <w:r>
              <w:t>40</w:t>
            </w:r>
          </w:p>
        </w:tc>
        <w:tc>
          <w:tcPr>
            <w:tcW w:type="dxa" w:w="2160"/>
          </w:tcPr>
          <w:p>
            <w:r>
              <w:t>熊本再春医療センター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熊本地域医療センター</w:t>
            </w:r>
          </w:p>
        </w:tc>
        <w:tc>
          <w:tcPr>
            <w:tcW w:type="dxa" w:w="2160"/>
          </w:tcPr>
          <w:p>
            <w:r>
              <w:t>41</w:t>
            </w:r>
          </w:p>
        </w:tc>
        <w:tc>
          <w:tcPr>
            <w:tcW w:type="dxa" w:w="2160"/>
          </w:tcPr>
          <w:p>
            <w:r>
              <w:t>国立熊本医療センター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熊本機能病院</w:t>
            </w:r>
          </w:p>
        </w:tc>
        <w:tc>
          <w:tcPr>
            <w:tcW w:type="dxa" w:w="2160"/>
          </w:tcPr>
          <w:p>
            <w:r>
              <w:t>42</w:t>
            </w:r>
          </w:p>
        </w:tc>
        <w:tc>
          <w:tcPr>
            <w:tcW w:type="dxa" w:w="2160"/>
          </w:tcPr>
          <w:p>
            <w:r>
              <w:t>熊本大学病院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御幸病院</w:t>
            </w:r>
          </w:p>
        </w:tc>
        <w:tc>
          <w:tcPr>
            <w:tcW w:type="dxa" w:w="2160"/>
          </w:tcPr>
          <w:p>
            <w:r>
              <w:t>43</w:t>
            </w:r>
          </w:p>
        </w:tc>
        <w:tc>
          <w:tcPr>
            <w:tcW w:type="dxa" w:w="2160"/>
          </w:tcPr>
          <w:p>
            <w:r>
              <w:t>熊本赤十字病院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朝日野総合病院</w:t>
            </w:r>
          </w:p>
        </w:tc>
        <w:tc>
          <w:tcPr>
            <w:tcW w:type="dxa" w:w="2160"/>
          </w:tcPr>
          <w:p>
            <w:r>
              <w:t>44</w:t>
            </w:r>
          </w:p>
        </w:tc>
        <w:tc>
          <w:tcPr>
            <w:tcW w:type="dxa" w:w="2160"/>
          </w:tcPr>
          <w:p>
            <w:r>
              <w:t>熊本市立熊本市民病院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医療法人財団聖十字会　　西日本病院</w:t>
            </w:r>
          </w:p>
        </w:tc>
        <w:tc>
          <w:tcPr>
            <w:tcW w:type="dxa" w:w="2160"/>
          </w:tcPr>
          <w:p>
            <w:r>
              <w:t>45</w:t>
            </w:r>
          </w:p>
        </w:tc>
        <w:tc>
          <w:tcPr>
            <w:tcW w:type="dxa" w:w="2160"/>
          </w:tcPr>
          <w:p>
            <w:r>
              <w:t>荒尾市立　有明医療センター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桜十字くまなん病院</w:t>
            </w:r>
          </w:p>
        </w:tc>
        <w:tc>
          <w:tcPr>
            <w:tcW w:type="dxa" w:w="2160"/>
          </w:tcPr>
          <w:p>
            <w:r>
              <w:t>46</w:t>
            </w:r>
          </w:p>
        </w:tc>
        <w:tc>
          <w:tcPr>
            <w:tcW w:type="dxa" w:w="2160"/>
          </w:tcPr>
          <w:p>
            <w:r>
              <w:t>阿蘇医療センター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菊南病院</w:t>
            </w:r>
          </w:p>
        </w:tc>
        <w:tc>
          <w:tcPr>
            <w:tcW w:type="dxa" w:w="2160"/>
          </w:tcPr>
          <w:p>
            <w:r>
              <w:t>47</w:t>
            </w:r>
          </w:p>
        </w:tc>
        <w:tc>
          <w:tcPr>
            <w:tcW w:type="dxa" w:w="2160"/>
          </w:tcPr>
          <w:p>
            <w:r>
              <w:t>熊本中央病院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嶋田病院</w:t>
            </w:r>
          </w:p>
        </w:tc>
        <w:tc>
          <w:tcPr>
            <w:tcW w:type="dxa" w:w="2160"/>
          </w:tcPr>
          <w:p>
            <w:r>
              <w:t>48</w:t>
            </w:r>
          </w:p>
        </w:tc>
        <w:tc>
          <w:tcPr>
            <w:tcW w:type="dxa" w:w="2160"/>
          </w:tcPr>
          <w:p>
            <w:r>
              <w:t>熊本労災病院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赤坂クリニック</w:t>
            </w:r>
          </w:p>
        </w:tc>
        <w:tc>
          <w:tcPr>
            <w:tcW w:type="dxa" w:w="2160"/>
          </w:tcPr>
          <w:p>
            <w:r>
              <w:t>49</w:t>
            </w:r>
          </w:p>
        </w:tc>
        <w:tc>
          <w:tcPr>
            <w:tcW w:type="dxa" w:w="2160"/>
          </w:tcPr>
          <w:p>
            <w:r>
              <w:t>国保　水俣市立総合医療センター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鶴田病院</w:t>
            </w:r>
          </w:p>
        </w:tc>
        <w:tc>
          <w:tcPr>
            <w:tcW w:type="dxa" w:w="2160"/>
          </w:tcPr>
          <w:p>
            <w:r>
              <w:t>50</w:t>
            </w:r>
          </w:p>
        </w:tc>
        <w:tc>
          <w:tcPr>
            <w:tcW w:type="dxa" w:w="2160"/>
          </w:tcPr>
          <w:p>
            <w:r>
              <w:t>熊本総合病院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田上心臓リハビリテーション病院</w:t>
            </w:r>
          </w:p>
        </w:tc>
        <w:tc>
          <w:tcPr>
            <w:tcW w:type="dxa" w:w="2160"/>
          </w:tcPr>
          <w:p>
            <w:r>
              <w:t>51</w:t>
            </w:r>
          </w:p>
        </w:tc>
        <w:tc>
          <w:tcPr>
            <w:tcW w:type="dxa" w:w="2160"/>
          </w:tcPr>
          <w:p>
            <w:r>
              <w:t>人吉医療センター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平成とうや病院</w:t>
            </w:r>
          </w:p>
        </w:tc>
        <w:tc>
          <w:tcPr>
            <w:tcW w:type="dxa" w:w="2160"/>
          </w:tcPr>
          <w:p>
            <w:r>
              <w:t>52</w:t>
            </w:r>
          </w:p>
        </w:tc>
        <w:tc>
          <w:tcPr>
            <w:tcW w:type="dxa" w:w="2160"/>
          </w:tcPr>
          <w:p>
            <w:r>
              <w:t>上天草市立上天草総合病院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荒尾中央病院</w:t>
            </w:r>
          </w:p>
        </w:tc>
        <w:tc>
          <w:tcPr>
            <w:tcW w:type="dxa" w:w="2160"/>
          </w:tcPr>
          <w:p>
            <w:r>
              <w:t>53</w:t>
            </w:r>
          </w:p>
        </w:tc>
        <w:tc>
          <w:tcPr>
            <w:tcW w:type="dxa" w:w="2160"/>
          </w:tcPr>
          <w:p>
            <w:r>
              <w:t>済生会熊本病院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藤枝医院</w:t>
            </w:r>
          </w:p>
        </w:tc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球磨郡公立多良木病院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山鹿中央病院</w:t>
            </w:r>
          </w:p>
        </w:tc>
        <w:tc>
          <w:tcPr>
            <w:tcW w:type="dxa" w:w="2160"/>
          </w:tcPr>
          <w:p>
            <w:r>
              <w:t>55</w:t>
            </w:r>
          </w:p>
        </w:tc>
        <w:tc>
          <w:tcPr>
            <w:tcW w:type="dxa" w:w="2160"/>
          </w:tcPr>
          <w:p>
            <w:r>
              <w:t>熊本市立植木病院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三森循環器科・呼吸器科病院</w:t>
            </w:r>
          </w:p>
        </w:tc>
        <w:tc>
          <w:tcPr>
            <w:tcW w:type="dxa" w:w="2160"/>
          </w:tcPr>
          <w:p>
            <w:r>
              <w:t>56</w:t>
            </w:r>
          </w:p>
        </w:tc>
        <w:tc>
          <w:tcPr>
            <w:tcW w:type="dxa" w:w="2160"/>
          </w:tcPr>
          <w:p>
            <w:r>
              <w:t>くまもと県北病院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宇城総合病院</w:t>
            </w:r>
          </w:p>
        </w:tc>
        <w:tc>
          <w:tcPr>
            <w:tcW w:type="dxa" w:w="2160"/>
          </w:tcPr>
          <w:p>
            <w:r>
              <w:t>57</w:t>
            </w:r>
          </w:p>
        </w:tc>
        <w:tc>
          <w:tcPr>
            <w:tcW w:type="dxa" w:w="2160"/>
          </w:tcPr>
          <w:p>
            <w:r>
              <w:t>大牟田天領病院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阿蘇ハートクリニック</w:t>
            </w:r>
          </w:p>
        </w:tc>
        <w:tc>
          <w:tcPr>
            <w:tcW w:type="dxa" w:w="2160"/>
          </w:tcPr>
          <w:p>
            <w:r>
              <w:t>58</w:t>
            </w:r>
          </w:p>
        </w:tc>
        <w:tc>
          <w:tcPr>
            <w:tcW w:type="dxa" w:w="2160"/>
          </w:tcPr>
          <w:p>
            <w:r>
              <w:t>たかしお内科ハートクリニック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菊池郡市医師会立病院</w:t>
            </w:r>
          </w:p>
        </w:tc>
        <w:tc>
          <w:tcPr>
            <w:tcW w:type="dxa" w:w="2160"/>
          </w:tcPr>
          <w:p>
            <w:r>
              <w:t>59</w:t>
            </w:r>
          </w:p>
        </w:tc>
        <w:tc>
          <w:tcPr>
            <w:tcW w:type="dxa" w:w="2160"/>
          </w:tcPr>
          <w:p>
            <w:r>
              <w:t>うちだ内科・心臓リハビリクリニック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医療法人　西山医院</w:t>
            </w:r>
          </w:p>
        </w:tc>
        <w:tc>
          <w:tcPr>
            <w:tcW w:type="dxa" w:w="2160"/>
          </w:tcPr>
          <w:p>
            <w:r>
              <w:t>60</w:t>
            </w:r>
          </w:p>
        </w:tc>
        <w:tc>
          <w:tcPr>
            <w:tcW w:type="dxa" w:w="2160"/>
          </w:tcPr>
          <w:p>
            <w:r>
              <w:t>天草慈恵病院</w:t>
            </w:r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桜十字八代リハビリテーション病院</w:t>
            </w:r>
          </w:p>
        </w:tc>
        <w:tc>
          <w:tcPr>
            <w:tcW w:type="dxa" w:w="2160"/>
          </w:tcPr>
          <w:p>
            <w:r>
              <w:t>61</w:t>
            </w:r>
          </w:p>
        </w:tc>
        <w:tc>
          <w:tcPr>
            <w:tcW w:type="dxa" w:w="2160"/>
          </w:tcPr>
          <w:p>
            <w:r>
              <w:t>山鹿市民医療センター</w:t>
            </w:r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八代ハートクリニック</w:t>
            </w:r>
          </w:p>
        </w:tc>
        <w:tc>
          <w:tcPr>
            <w:tcW w:type="dxa" w:w="2160"/>
          </w:tcPr>
          <w:p>
            <w:r>
              <w:t>62</w:t>
            </w:r>
          </w:p>
        </w:tc>
        <w:tc>
          <w:tcPr>
            <w:tcW w:type="dxa" w:w="2160"/>
          </w:tcPr>
          <w:p>
            <w:r>
              <w:t>済生会みすみ病院</w:t>
            </w:r>
          </w:p>
        </w:tc>
      </w:tr>
      <w:tr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ちとせ循環器内科</w:t>
            </w:r>
          </w:p>
        </w:tc>
        <w:tc>
          <w:tcPr>
            <w:tcW w:type="dxa" w:w="2160"/>
          </w:tcPr>
          <w:p>
            <w:r>
              <w:t>63</w:t>
            </w:r>
          </w:p>
        </w:tc>
        <w:tc>
          <w:tcPr>
            <w:tcW w:type="dxa" w:w="2160"/>
          </w:tcPr>
          <w:p>
            <w:r>
              <w:t>大阿蘇病院</w:t>
            </w:r>
          </w:p>
        </w:tc>
      </w:tr>
      <w:tr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天草地域医療センター</w:t>
            </w:r>
          </w:p>
        </w:tc>
        <w:tc>
          <w:tcPr>
            <w:tcW w:type="dxa" w:w="2160"/>
          </w:tcPr>
          <w:p>
            <w:r>
              <w:t>64</w:t>
            </w:r>
          </w:p>
        </w:tc>
        <w:tc>
          <w:tcPr>
            <w:tcW w:type="dxa" w:w="2160"/>
          </w:tcPr>
          <w:p>
            <w:r>
              <w:t>くまもと南部広域病院</w:t>
            </w:r>
          </w:p>
        </w:tc>
      </w:tr>
      <w:tr>
        <w:tc>
          <w:tcPr>
            <w:tcW w:type="dxa" w:w="216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熊本リハビリテーション病院</w:t>
            </w:r>
          </w:p>
        </w:tc>
        <w:tc>
          <w:tcPr>
            <w:tcW w:type="dxa" w:w="2160"/>
          </w:tcPr>
          <w:p>
            <w:r>
              <w:t>65</w:t>
            </w:r>
          </w:p>
        </w:tc>
        <w:tc>
          <w:tcPr>
            <w:tcW w:type="dxa" w:w="2160"/>
          </w:tcPr>
          <w:p>
            <w:r>
              <w:t>合志第一病院</w:t>
            </w:r>
          </w:p>
        </w:tc>
      </w:tr>
      <w:tr>
        <w:tc>
          <w:tcPr>
            <w:tcW w:type="dxa" w:w="2160"/>
          </w:tcPr>
          <w:p>
            <w:r>
              <w:t>33</w:t>
            </w:r>
          </w:p>
        </w:tc>
        <w:tc>
          <w:tcPr>
            <w:tcW w:type="dxa" w:w="2160"/>
          </w:tcPr>
          <w:p>
            <w:r>
              <w:t>熊本セントラル病院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